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Diagnostická presnosť 18F-FDG PET/CT pri svalovej invazívnej rakovine močového mechúra: zdôvodnenie a návrh štúdie MIBC-PET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Štúdia MIBC-PET je prospektívna, monocentrická štúdia s 60 pacientmi s novodiagnostikovaným, histologicky potvrdeným svalovo invazívnym karcinómom močového mechúra (MIBC) vysokého stupňa. Pacienti podstúpia základný staging pomocou 18F-FDG PET/CT a kontrastného CT hrudníka, brucha a panvy, ako aj opakované vyšetrenia po dvoch cykloch neoadjuvantnej terapie. 18F-FDG PET/CT zahŕňa štandardné oneskorené zobrazovanie a včasnú dynamickú akvizíciu panvy na prekonanie interferencie močom. Primárne ciele sú porovnanie diagnostickej presnosti 18F-FDG PET/CT verzus kontrastného CT pri základnom stagingu a predpovedanie patologickej odpovede na neoadjuvantnú chemoterapiu. Sekundárne body zahŕňajú validáciu dynamického 18F-FDG PET/CT pre lokálny staging a rádiomické/AI modely. Štúdia je schválená etickou komisiou (CE-AVEC 109-2024-Oss-AOUFe, hlavný investigador Dr. Luca Urso) a výsledky majú informovať o integrácii 18F-FDG PET/CT do diagnostiky MIBC.</w:t>
      </w:r>
    </w:p>
    <w:p/>
    <w:p>
      <w:pPr>
        <w:jc w:val="center"/>
      </w:pPr>
      <w:r>
        <w:t>Vygenerované: 12.03.2026 07:01:49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