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Ťažká sklerodermická kolopatia pri počiatočnej diagnóze systémovej sklerózy u mladého muža: kazuistika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25-ročný palestínsky muž mal trojročnú anamnézu hlbokého neúmyselného úbytku hmotnosti na 67 kg a osemmesačnú anamnézu postprandiálnej bolesti brucha, nadúvania, vracania, hnačky a straty chuti do jedla. Vyšetrenie odhalilo kachexiu, vredy na prstoch, zhrubnutie kože s hyperpigmentáciou, zvýšené zápalové markery (CRP/ESR) a pozitívnu antinukleárnu protilátku. Horná endoskopia preukázala závažnú refluxnú ezofagitídu do horného pažeráka a miernu erozívnu gastritídu antra. Kolonoskopia ukázala výraznú hypomotilitu hrubého čreva s minimálnou peristaltikou a zadržaným fekálnym materiálom. Systémová skleróza (SSc) postihuje až 90 % pacientov v gastrointestinálnom trakte, no závažná dysmotilita dolného traktu a črevná pseudoobštrukcia sa vyskytuje u približne 5,4 % pacientov. Pacient bol liečený mykofenolátmofetilom spolu s rifaximínom, hyoscín butylbromidom a metoklopramidom, čo viedlo k klinickému zlepšeniu. Prípad zdôrazňuje potrebu zvážiť SSc u pacientov s nevysvetliteľnou dysmotilitou, najmä pri kožných zmenách alebo pozitívnej ANA.</w:t>
      </w:r>
    </w:p>
    <w:p/>
    <w:p>
      <w:pPr>
        <w:jc w:val="center"/>
      </w:pPr>
      <w:r>
        <w:t>Vygenerované: 12.03.2026 07:46:06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