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Čínsky bylinný prípravok Xuefu Zhuyu perorálna tekutina na primárnu dysmenoreu: multicentrická randomizovaná kontrolovaná štúdia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Štúdia skúmala účinok čínskeho bylinného prípravku Xuefu Zhuyu (XFZY) perorálnej tekutiny na primárnu dysmenoreu (PD) u žien vo veku 18–35 rokov v multicentrickej, dvojito zaslepenej, randomizovanej, placebom kontrolovanej štúdii. Z 256 účastníkov dostalo 129 XFZY a 127 placebo počas 3 mesiacov, pričom primárnym výsledkom bola zmena intenzity bolesti meraná VAS škálou. Nebol zaznamenaný významný rozdiel v primárnom výsledku medzi skupinami (upravený priemerný rozdiel: -0,18, 95 % CI: -0,67 až 0,31, P = 0,463). Skupina XFZY však mala výrazne nižšiu mieru užívania liekov proti bolesti (o 9,2 % nižšiu počas liečby, celkovo o 10,1 % nižšiu; P &lt; 0,05) a konzumovala menej týchto liekov (P &lt; 0,05). Ostatné sekundárne výsledky, ako kvalita života či trvanie bolesti, sa medzi skupinami významne nelíšili. Výskyt nežiaducich účinkov bol v oboch skupinách podobný. Štúdia nepreukázala zlepšenie intenzity bolesti, ale XFZY znížil potrebu analgetík a preukázal dobrú bezpečnosť.</w:t>
      </w:r>
    </w:p>
    <w:p/>
    <w:p>
      <w:pPr>
        <w:jc w:val="center"/>
      </w:pPr>
      <w:r>
        <w:t>Vygenerované: 12.03.2026 07:46:37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