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Chronický kašeľ u dospelých je definovaný ako kašeľ trvajúci najmenej 8 týždňov a má vyššiu prevalenciu u žien. Existujú hromadné dôkazy o fenotupe precitlivenosti na kašeľ s periférnymi a centrálnymi mechanizmami, ktoré sa líšia podľa biologického pohlavia. Liečba sa zameriava na bežné príčiny ako syndróm kašľa v horných dýchacích cestách, astma s variantom kašľa alebo eozinofilná bronchitída a kašeľ súvisiaci s refluxom. Pri refraktérnom chronickom kašli (RCC) a nevysvetliteľnom chronickom kašli (UCC) pretrvávajú príznaky napriek optimalizovanej starostlivosti. Terapeutické možnosti zahŕňajú behaviorálne a neuromodulačné prístupy ako aj antagonisty purinergných receptorov P2X3, ktoré znižujú frekvenciu kašľa, no môžu spôsobiť poruchy chuti. Prevalencia u žien môže súvisieť s hormonálnymi a imunitnými faktormi, neurosenzorickým spracovaním, komorbiditami a environmentálnymi spúšťačmi. Prehľad hodnotí výhody, riziká a medzery v dôkazoch s ohľadom na pohlavie a navrhuje priority výskumu vrátane pohlavne stratifikovaných analýz.</w:t>
      </w:r>
    </w:p>
    <w:p/>
    <w:p>
      <w:pPr>
        <w:jc w:val="center"/>
      </w:pPr>
      <w:r>
        <w:t>Vygenerované: 12.03.2026 07:46:46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