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Som informátor NIH. Vedecká komunita si nemôže dovoliť vyhýbať sa politike</w:t>
      </w:r>
    </w:p>
    <w:p>
      <w:r>
        <w:t>Zdroj: STAT News</w:t>
      </w:r>
    </w:p>
    <w:p>
      <w:r>
        <w:t>Publikované: Thu, 12 Mar 2026 08:30:00 +0000</w:t>
      </w:r>
    </w:p>
    <w:p/>
    <w:p>
      <w:pPr>
        <w:pStyle w:val="Heading1"/>
      </w:pPr>
      <w:r>
        <w:t>Súhrn</w:t>
      </w:r>
    </w:p>
    <w:p>
      <w:r>
        <w:t>Jenna Norton je programová riaditeľka v NIH na Národnom inštitúte pre diabetes, tráviace a obličkové ochorenia. Podala sťažnosť na Úrade špeciálneho poradcu USA pre porušenie whistleblower práv po tom, ako ju HHS a NIH umiestnili na neurčitú administratívnu dovolenku bez vysvetlenia. Upozorňovala na politizáciu vedeckého výskumu, zrušenie legálne schválených a peer-reviewed grantov, cenzúru vedeckej integrity a riziká pre verejné zdravie. Podieľala sa na organizácii nesúhlasu zamestnancov NIH, vrátane prípravy „Bethesda Declaration“ a verejných vystúpení. Dovolenka bola uložená krátko po jej verejnom vyjadrení a trvá viac ako 75 dní. Demokratickí lídri Kongresu tvrdia, že ide o odvetu porušujúcu Whistleblower Protection Act a Prvý dodatok Ústavy. HHS úradník anonymne označil Nortonovú za „radikálnu ľavicovú“ kritičku administratívy. Norton pokračuje v protestoch proti politikám NIH.</w:t>
      </w:r>
    </w:p>
    <w:p/>
    <w:p>
      <w:pPr>
        <w:jc w:val="center"/>
      </w:pPr>
      <w:r>
        <w:t>Vygenerované: 12.03.2026 10:01:05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