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Prekvapivý vzorec krvných bielkovín môže odhaliť Alzheimerovu chorobu</w:t>
      </w:r>
    </w:p>
    <w:p>
      <w:r>
        <w:t>Zdroj: ScienceDaily Health</w:t>
      </w:r>
    </w:p>
    <w:p>
      <w:r>
        <w:t>Publikované: Thu, 12 Mar 2026 07:00:56 EDT</w:t>
      </w:r>
    </w:p>
    <w:p/>
    <w:p>
      <w:pPr>
        <w:pStyle w:val="Heading1"/>
      </w:pPr>
      <w:r>
        <w:t>Súhrn</w:t>
      </w:r>
    </w:p>
    <w:p>
      <w:r>
        <w:t>Nová štúdia naznačuje, že Alzheimerova choroba môže byť detekovaná jemnými zmenami tvaru v proteínoch nachádzajúcich sa v krvi. Výskumníci zistili štrukturálne rozdiely v troch krvných proteínoch, ktoré sledujú progresiu ochorenia. Analýzou týchto zmien u viac ako 500 ľudí tím rozlíšil zdravých jedincov od tých s miernym kognitívnym poškodením alebo Alzheimerovou chorobou s pôsobivou presnosťou. Tento prístup by mohol posunúť diagnostiku a liečbu do skorších štádií.</w:t>
      </w:r>
    </w:p>
    <w:p/>
    <w:p>
      <w:pPr>
        <w:jc w:val="center"/>
      </w:pPr>
      <w:r>
        <w:t>Vygenerované: 12.03.2026 13:00:38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