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Faktory ovplyvňujúce ochotu rodinných lekárov predpisovať liečbu opioidnými agonistami pomocou virtuálnych modalít: kvalitatívna analýza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Táto kvalitatívna štúdia skúma faktory ovplyvňujúce ochotu rodinných lekárov v Britskej Kolumbii v Kanade predpisovať liečbu opioidnými agonistami (OAT) prostredníctvom virtuálnych modalít pre pacientov s poruchou užívania opioidov (OUD). Hoci OAT je prvolíniovou liečbou OUD, prístup, začatie a retencia v liečbe zostávajú nízke, pričom zlepšenie v primárnej starostlivosti môže pomôcť. Štúdia zahŕňala pološtruktúrované rozhovory s 12 rodinnými lekármi, ktoré boli analyzované tematicky hybridným indukčno-deduktívnym prístupom. Hlavné zistenia identifikovali faktory na úrovni pacienta (individuálne charakteristiky, existujúce vzťahy s lekárom, vnímaná stabilita pacienta), lekára a zdravotného systému (interdisciplinárny tím, prístup k centralizovaným systémom údajov o pacientoch alebo sieťam podpory). Tieto faktory ovplyvňujú rozhodnutia o virtuálnom predpisovaní OAT. Štúdia zdôrazňuje potrebu politických rámcov na zabezpečenie spravodlivej, zameranej na pacienta virtuálnej starostlivosti.</w:t>
      </w:r>
    </w:p>
    <w:p/>
    <w:p>
      <w:pPr>
        <w:jc w:val="center"/>
      </w:pPr>
      <w:r>
        <w:t>Vygenerované: 12.03.2026 15:01:44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