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telehealth predpisujúcich lekároch, Lilly presadzovaní proti zlučovaniu a ďalších</w:t>
      </w:r>
    </w:p>
    <w:p>
      <w:r>
        <w:t>Zdroj: STAT News</w:t>
      </w:r>
    </w:p>
    <w:p>
      <w:r>
        <w:t>Publikované: Thu, 12 Mar 2026 13:23:58 +0000</w:t>
      </w:r>
    </w:p>
    <w:p/>
    <w:p>
      <w:pPr>
        <w:pStyle w:val="Heading1"/>
      </w:pPr>
      <w:r>
        <w:t>Súhrn</w:t>
      </w:r>
    </w:p>
    <w:p>
      <w:r>
        <w:t>Lekárske skupiny spojené s telehealth spoločnosťami, ktoré FDA varovala pre marketing kombinovaných liekov na chudnutie, môžu byť tiež pod dohľadom.[1] Článok venuje pozornosť telehealth predpisujúcim lekárom.[1] Eli Lilly presadzuje opatrenia proti zlučovaniu liekov.[1] Tieto témy sú súčasťou širších správ v oblasti farmácie.[1] FDA varovala telehealth firmy kvôli propagácii nekontrolovaných kombinovaných prípravkov na redukciu hmotnosti.[1] Lekárske skupiny môžu čeliť ďalšiemu preskúmaniu v súvislosti s týmto marketingom.[1] Článok sumarizuje aktuálne čítanie o týchto vývojoch a ďalších farmacéutických novinkách.[1]</w:t>
      </w:r>
    </w:p>
    <w:p/>
    <w:p>
      <w:pPr>
        <w:jc w:val="center"/>
      </w:pPr>
      <w:r>
        <w:t>Vygenerované: 12.03.2026 15:02:02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