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odpovedí na otázky TCM prostredníctvom stromovo organizovaného sebareflexívneho vyhľadávania pomocou LLM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predstavuje nový rámec TOSRR (stromovo organizované sebareflexívne získavanie), ktorý zlepšuje odpovede veľkých jazykových modelov (LLM) na otázky z tradičnej čínskej medicíny (TCM). Tradičné metódy nedokážu zachytiť hierarchickú povahu znalostí TCM, preto TOSRR používa jednotky predmet-predikát-objekt-text (SPO-T) v stromovej architektúre a iteračný mechanizmus sebareflexie na dynamické získavanie a overovanie znalostí. Výkon sa testoval na otázkach z TCM Medical Licensing Examination (MLE) a Classics Course Exam (CCE). Po integrácii s GPT-4 TOSRR zvýšil absolútnu presnosť v MLE o 19,85 % a presnosť vybavovania v CCE z 27 % na 38 %. Expertné hodnotenie ukázalo zlepšenie o 18,64 bodu v bezpečnosti, konzistentnosti, vysvetliteľnosti, súlade a súdržnosti. Metriky RAGA potvrdili lepšie využitie znalostí, presnosť vyhľadávania a odolnosť voči šumu oproti štandardným RAG metódam. Rámec má potenciál na uplatnenie vo výučbe TCM.</w:t>
      </w:r>
    </w:p>
    <w:p/>
    <w:p>
      <w:pPr>
        <w:jc w:val="center"/>
      </w:pPr>
      <w:r>
        <w:t>Vygenerované: 12.03.2026 16:00:38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