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Eli Lilly nachádza nečistoty v zloženom tirzepatide</w:t>
      </w:r>
    </w:p>
    <w:p>
      <w:r>
        <w:t>Zdroj: Pharmaceutical Technology</w:t>
      </w:r>
    </w:p>
    <w:p>
      <w:r>
        <w:t>Publikované: Thu, 12 Mar 2026 14:31:12 +0000</w:t>
      </w:r>
    </w:p>
    <w:p/>
    <w:p>
      <w:pPr>
        <w:pStyle w:val="Heading1"/>
      </w:pPr>
      <w:r>
        <w:t>Súhrn</w:t>
      </w:r>
    </w:p>
    <w:p>
      <w:r>
        <w:t>Firma Eli Lilly varuje verejnosť pred nečistotami v zložených (compounded) prípravkoch tirzepatidu. Tirzepatid zmiešaný s vitamínom B12 vytvára u ľudí nečistotu s neznámymi účinkami. Spoločnosť týmto upozorňuje na potenciálne riziká takýchto zmesí. Žiadne ďalšie štatistiky alebo detaily o štúdii v poskytnutom obsahu nie sú uvedené.</w:t>
      </w:r>
    </w:p>
    <w:p/>
    <w:p>
      <w:pPr>
        <w:jc w:val="center"/>
      </w:pPr>
      <w:r>
        <w:t>Vygenerované: 12.03.2026 16:01:10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