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Rast portfólia Wegovy sa presúva na pilulky, pretože predaj injekčných liekov sa predpovedá na plató</w:t>
      </w:r>
    </w:p>
    <w:p>
      <w:r>
        <w:t>Zdroj: Pharmaceutical Technology</w:t>
      </w:r>
    </w:p>
    <w:p>
      <w:r>
        <w:t>Publikované: Thu, 12 Mar 2026 14:22:05 +0000</w:t>
      </w:r>
    </w:p>
    <w:p/>
    <w:p>
      <w:pPr>
        <w:pStyle w:val="Heading1"/>
      </w:pPr>
      <w:r>
        <w:t>Súhrn</w:t>
      </w:r>
    </w:p>
    <w:p>
      <w:r>
        <w:t>FDA schválila v decembri 2025 prvú orálnu formu lieku Wegovy (semaglutid 25 mg) na chronickú reguláciu hmotnosti u dospelých s obezitou[1][5][6]. Ide o prvú tabletu typu GLP-1 receptorový agonista schválenú špecificky na chudnutie, na rozdiel od injekčnej verzie podávanej raz týždenne[1][2][3][5]. Schválenie podporili výsledky klinickej štúdie fázy III OASIS-4, ktoré preukázali významné zníženie hmotnosti a zlepšenie kardio-metabolických ukazovateľov v porovnaní s placebom[1]. Tableta sa užíva raz denne na prázdny žalúdok a predstavuje pohodlnú alternatívu k injekciám s rovnakým úbytkom hmotnosti[1][2][3]. Novo Nordisk plánuje uvedenie pilulky na americký trh začiatkom januára 2026[1][3]. Firma podala žiadosti aj európskym regulačným orgánom v druhej polovici 2025[1]. Liečba by mala byť kombinovaná s diétou a životným štýlom[1].</w:t>
      </w:r>
    </w:p>
    <w:p/>
    <w:p>
      <w:pPr>
        <w:jc w:val="center"/>
      </w:pPr>
      <w:r>
        <w:t>Vygenerované: 12.03.2026 16:01:22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