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Florida Blízko licencovania naturopatov</w:t>
      </w:r>
    </w:p>
    <w:p>
      <w:r>
        <w:t>Zdroj: MedPage Today</w:t>
      </w:r>
    </w:p>
    <w:p>
      <w:r>
        <w:t>Publikované: Thu, 12 Mar 2026 11:47:13 -0400</w:t>
      </w:r>
    </w:p>
    <w:p/>
    <w:p>
      <w:pPr>
        <w:pStyle w:val="Heading1"/>
      </w:pPr>
      <w:r>
        <w:t>Súhrn</w:t>
      </w:r>
    </w:p>
    <w:p>
      <w:r>
        <w:t>Florida je blízko k licencovaniu naturopatických lekárov (ND). Podvýbor pre zdravotnícky rozpočet posunul návrh zákona HB 223, ktorý vytvára licencovanie a radu pre naturopatickú medicínu v rámci Úradu pre zdravie. Licenčné požiadavky zahŕňajú absolvovanie akreditovanej naturopatickej lekárskej školy, zložením dvojdielneho národného skúšky a preverenie minulosti vrátane odtlačkov prstov. Rade Naturopatickej medicíny budú členmi aj dvaja lekári. Zákonodaja definuje rozsah praxe zameraný na životný štýl a preventívnu starostlivosť, bez chirurgických zákrokov, pôrodov či predpisovania narkotík. Licencie sa obnovujú každé dva roky s poplatkom do 1000 dolárov a dôkazom pokračujúceho vzdelávania. Sprievodný návrh CS/SB 688 prešiel Senátom 11. marca 2026 a má nadobudnúť účinnosť 31. decembra 2026.[1][5][7]</w:t>
      </w:r>
    </w:p>
    <w:p/>
    <w:p>
      <w:pPr>
        <w:jc w:val="center"/>
      </w:pPr>
      <w:r>
        <w:t>Vygenerované: 12.03.2026 18:01:40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