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Epsteinov kamarát sa pokúša o biotechnologický comeback a Prasad opúšťa FDA</w:t>
      </w:r>
    </w:p>
    <w:p>
      <w:r>
        <w:t>Zdroj: STAT News</w:t>
      </w:r>
    </w:p>
    <w:p>
      <w:r>
        <w:t>Publikované: Thu, 12 Mar 2026 17:45:37 +0000</w:t>
      </w:r>
    </w:p>
    <w:p/>
    <w:p>
      <w:pPr>
        <w:pStyle w:val="Heading1"/>
      </w:pPr>
      <w:r>
        <w:t>Súhrn</w:t>
      </w:r>
    </w:p>
    <w:p>
      <w:r>
        <w:t>Boris Nikolic, blízky priateľ Jeffreyho Epsteina, v roku 2019 odstúpil z predstavenstiev a ukončil svoj úspešný venture fond po zverejnení týchto väzieb, čo viedlo k dištancovaniu biotechnologického priemyslu.[1][2] Napriek tomu jeden z najvplyvnejších venture kapitalistov v biotech sektore, Alexis Borisy, mu pomohol s návratom.[1][2] Borisy využil svoju firmu Curie.Bio na podporu Nikolica, ktorý tak v rokoch 2024 a 2025 získal viac ako 100 miliónov dolárov na svoj fond.[1] Nikolic investoval do najmenej jednej startupovej spoločnosti v portfóliu tohto fondu.[1] Tieto informácie potvrdilo sedem zdrojov oboznámených so situáciou.[1] Článok sa venuje aj odchodu Prasad z FDA, no podrobnosti nie sú špecifikované.[4] Téma je súčasťou podcastu The Readout LOUD.[4]</w:t>
      </w:r>
    </w:p>
    <w:p/>
    <w:p>
      <w:pPr>
        <w:jc w:val="center"/>
      </w:pPr>
      <w:r>
        <w:t>Vygenerované: 12.03.2026 19:00:41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