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Výpočtový návrh mutácií ovplyvňujúcich konformáciu na zmenu proteínových funkcií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Výpočtový návrh mutácií ovplyvňujúcich konformáciu (CB) je rýchla metóda, ktorá používa kontrastné skórovanie inverznými modelmi zloženia na predpovedanie variant proteínov uprednostňujúcich požadované konformačné stavy.[1][2][3] Väčšina prírodných proteínov strieda rôzne konformačné stavy spojené s špecifickými funkciami.[1] Metódu CB validovali na siedmich rôznorodých dátových sadách hlbokého mutačného skenovania.[1][2][3] Úspešne predpovedali varianty proteínov K-Ras, SARS-CoV-2 spike, β2 adrenergný receptor a Src kinázy s vylepšenými funkciami špecifickými pre konformáciu, ako je zosilnené viazanie efektorov alebo enzýmová aktivita.[1][2][3] Pri aplikácii na enzým lipoová kyselina ligáza (LplA) odhalili doteraz neznámy mechanizmus konformačného zatvárania špecifickosti sekvencie.[1][2][3] Varianty uprednostňujúce „otvorenú“ konformáciu boli vysoko promiscuitné, zatiaľ čo varianty „zatvorenej“ konformácie boli špecifickejšie ako divoký typ, čím zlepšili využitie LplA na špecifické označovanie proteínov fluorofórmi v živých bunkách.[1][2][3] CB je rýchla, jednoduchá a univerzálna, dostupná na GitHube.[1][2][5]</w:t>
      </w:r>
    </w:p>
    <w:p/>
    <w:p>
      <w:pPr>
        <w:jc w:val="center"/>
      </w:pPr>
      <w:r>
        <w:t>Vygenerované: 12.03.2026 20:01:48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