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Havrany očakávajú miesta zabíjania vlkov naprieč širokým spektrom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Havrany predvídajú miesta zabíjaní vlkov na širokých priestorových škálach. Vedci skúmali 3 929 potenciálnych miest zabíjaní spojených s vlkmi a pumami. Z nich 852 boli udalosti kŕmenia vlkov a 520 udalostí kŕmenia púm. Vlci zabili 716 koristi a obrali 136-krát, pričom ich hlavnou korisťou boli losia (542), bizóny (201) a jelene (90). Pumy zabili 513 koristi a obrali len 7-krát, zamerané najmä na losie (272) a jelene (220). Použili strojové učenie na tréning modelov z GPS dát a potvrdených miest zabíjaní, čím identifikovali interakcie predátorov. Približne 42 % interakcií medzi vlkmi a pumami prebehlo na predpovedaných miestach zabíjaní púm, len jedna na mieste zabitia vlka.[1][2]</w:t>
      </w:r>
    </w:p>
    <w:p/>
    <w:p>
      <w:pPr>
        <w:jc w:val="center"/>
      </w:pPr>
      <w:r>
        <w:t>Vygenerované: 12.03.2026 20:02:06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