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Celoživotná behaviorálna obrazovka odhaľuje architektúru starnutia stavovcov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Vedci pod vedením Matthias-Claudio Loretto uskutočnili celoživotnú behaviorálnu obrazovku na stavovcoch, ktorá odhalila architektúru starnutia.[1] Štúdia bola publikovaná v časopise Science, zväzok 391, vydanie 6790, dňa 12. marca 2026.[1] Výskum sledoval správanie zvierat počas celého života, aby identifikovali vzorce spojené so starnutím.[1] Hlavné zistenia ukazujú špecifickú štruktúru zmien v správaní u stavovcov v priebehu veku.[1] Táto architektúra starnutia zahŕňa merateľné úbytky v kognitívnych a fyzických schopnostiach.[1] Štúdia zdôrazňuje univerzálne princípy starnutia naprieč druhmi stavovcov.[1]</w:t>
      </w:r>
    </w:p>
    <w:p/>
    <w:p>
      <w:pPr>
        <w:jc w:val="center"/>
      </w:pPr>
      <w:r>
        <w:t>Vygenerované: 12.03.2026 20:02:16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