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Záchyt rakoviny s inhibítormi KRAS v predklinických modeloch duktálneho adenokarcinómu pankreasu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Štúdia skúma záchyt pankreatického duktálneho adenokarcinómu (PDAC) inhibítormi KRAS v predklinických modeloch. Inhibítor KRAS G12D INCB161734 dosiahol kontrolu ochorenia u takmer 80 % pacientov s pokročilým alebo metastatickým PDAC s mutáciou KRAS G12D po intenzívnej predchádzajúcej liečbe[1][4]. V 80 % pacientov s detekovateľnou mutáciou KRAS G12D v plazmatickej DNA dosiahol dvoch tretín liečených dávkou 1200 mg skorú molekulárnu odpoveď (zníženie frekvencie variantovej alely o 90 %)[1]. Liečivo vykázalo zvládnuteľný bezpečnostný profil v pacientov s pokročilými solídnymi nádormi s mutáciou KRAS G12D[1]. Kombinácia s chemoterapiou (mFOLFIRINOX alebo gemcitabín/nab-paklitaxel) ukázala hlboké molekulárne odpovede a podporuje zahájenie štúdie fázy III v prvej línii metastatického PDAC[1][4]. Mutácie KRAS G12D sú častými onkogénnymi vodičmi PDAC a inhibícia KRAS vedie k rýchlej smrti buniek alebo zastaveniu bunkového cyklu[3]. Predklinické modely potvrdzujú, že inhibícia mutantného KRAS eliminuje prekurzorové lézie PanIN a bráni vzniku nádorov[2].</w:t>
      </w:r>
    </w:p>
    <w:p/>
    <w:p>
      <w:pPr>
        <w:jc w:val="center"/>
      </w:pPr>
      <w:r>
        <w:t>Vygenerované: 12.03.2026 20:02:36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