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Preskupenie ľudského genómu v megabázovej mierke pomocou programovateľných mostíkových rekombináz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Výskum predstavuje objav a inžinierstvo bridge rekombináz, prirodzených RNA-riadených enzýmov, ktoré umožňujú programovateľné preskupenie ľudského genómu v megabázovej mierke.[3][4] Vedci vyvinuli variant ISCro4 (alebo IS622), ktorý po optimalizácii bridge RNA a hĺbkovom mutačnom skenovaní dosiahol až 20 % efektivitu vloženia DNA do ľudského genómu a 82 % špecificitu na cieľové miesta.[1][2][3][4] Systém umožňuje súčasné rozpoznanie dvoch rôznych DNA cieľov prostredníctvom bridge RNA, čo uľahčuje koordinované operácie ako vloženie, vyrezanie alebo obrátenie sekvencií.[2][6] Demonštrovali intrachromozomálne obrátenie a vyrezanie až 0,93 megabáz DNA.[3][4] Poskytli dôkaz koncepcie pre vyrezanie regulátorových oblastí génov alebo repetitívnych expanzií relevantných pre ochorenia, vrátane enhanceru BCL11A z liečby srpkovitej anémie.[3][4][6] Tieto metódy boli testované v ľudských bunkách s vysokou presnosťou.[1][2]</w:t>
      </w:r>
    </w:p>
    <w:p/>
    <w:p>
      <w:pPr>
        <w:jc w:val="center"/>
      </w:pPr>
      <w:r>
        <w:t>Vygenerované: 12.03.2026 20:03:59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