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KRAShing rakovina pankreasu pred vzletom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Mutácie KRAS sa vyskytujú približne v 95 % prípadov rakoviny pankreasu. Väčšina týchto mutácií podporuje agresívny rast nádorov a odolnosť voči liečbe. Mutácia KRAS G12R je prítomná v asi 15 % prípadov a pacienti s ňou majú lepšie výsledky, vrátane skoršej diagnózy, lepšej odpovede na liečbu a dlhšieho prežitia. V myších modeloch mutácia G12R nezapríčinila vývoj rakoviny pankreasu ani po roku, na rozdiel od bežných mutácií KRAS, ktoré viedli k agresívnemu metastatickému ochoreniu. Táto mutácia v ľudských bunklách rakoviny pankreasu neaktivuje cestu PI3K, hoci aktivuje ERK, čo sa líši od myšacích modelov. Nádory s KRAS G12R majú slabšie bunky s pomalším pohybom, nižšiu schopnosť remodelovať okolité tkanivo, menej kolagénu, čo ich robí priepustnejšími, a nižšiu migračnú schopnosť, čo obmedzuje metastázy.</w:t>
      </w:r>
    </w:p>
    <w:p/>
    <w:p>
      <w:pPr>
        <w:jc w:val="center"/>
      </w:pPr>
      <w:r>
        <w:t>Vygenerované: 12.03.2026 20:04:41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