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Rozšírenie dosahu klasického onkogénu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Bunková kináza Src (alebo c-Src) zohráva úlohu v adhézii, pohyblivosti a proliferácii buniek. V rakovinách je jej expresia a aktivita často zvýšená, čo podporuje zhubné vlastnosti nádorov naprieč rôznymi typmi.[1] Štúdia Delaveris et al. na strane 1124 tohto čísla Science ukazuje, že mnohé rakovinové bunky s vysokou expresiou Src produkujú aj extracelulárny Src (e-Src), ktorý sa dostáva na vonkajší povrch bunkovej membrány.[1] Tento vystavený e-Src bol úspešne zacielený imunoterapiou v preklinických modeloch nádorov.[1] Objav zdôrazňuje novú terapeutickú možnosť, pretože Src sa bežne nenachádza na vonkajšej strane plazmatickej membrány.[1]</w:t>
      </w:r>
    </w:p>
    <w:p/>
    <w:p>
      <w:pPr>
        <w:jc w:val="center"/>
      </w:pPr>
      <w:r>
        <w:t>Vygenerované: 12.03.2026 20:04:51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