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Evolúcia na záchranu</w:t>
      </w:r>
    </w:p>
    <w:p>
      <w:r>
        <w:t>Zdroj: Science Magazine</w:t>
      </w:r>
    </w:p>
    <w:p>
      <w:r>
        <w:t>Publikované: 2026-03-12T06:00:03Z</w:t>
      </w:r>
    </w:p>
    <w:p/>
    <w:p>
      <w:pPr>
        <w:pStyle w:val="Heading1"/>
      </w:pPr>
      <w:r>
        <w:t>Súhrn</w:t>
      </w:r>
    </w:p>
    <w:p>
      <w:r>
        <w:t>Článok „Evolution to the rescue“ od Marka C. Urbana a Laurinne J. Balstad publikovaný v Science (zväzok 391, č. 6790, str. 1100-1101, 12. marca 2026) diskutuje, ako rýchla evolúcia pomáha populáciám zotaviť sa po extrémnej suchu. Klimatická zmena spôsobuje úbytok populácií v dôsledku extrémnych udalostí, ako je sucho. Rýchla evolúcia umožňuje demografické zotavenie populácií. Teória a experimenty ukazujú, že prežitie populácie závisí od rýchleho nájdenia a fixácie prospešných mutácií. Špecializované mutácie vykonávajú evolučnú záchranu tým, že zužujú nikšu druhu a transformujú ho. Táto transformácia nie je ľahko reverzibilná, ak sa tempo environmentálnych zmien spomalí. Manipulácia tempom environmentálnych zmien môže zabrániť úspechu špecializovaných mutácií.[3]</w:t>
      </w:r>
    </w:p>
    <w:p/>
    <w:p>
      <w:pPr>
        <w:jc w:val="center"/>
      </w:pPr>
      <w:r>
        <w:t>Vygenerované: 12.03.2026 20:05:13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