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Časopisy môžu pomôcť chrániť dobré životné podmienky zvierat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 článok s názvom "Journals can help protect animal welfare" z časopisu Science, zväzok 391, číslo 6790, z marca 2026. Výsledky vyhľadávania obsahujú informácie o rôznych časopisoch zameraných na starostlivosť o zvieratá a vedecký výskum (ako Animal Welfare, Journal of Applied Animal Welfare Science a ďalšie), ale nie konkrétny článok, ktorý ste uviedli. Aby som mohol vytvoriť presný a faktický súhrn, potreboval by som mať prístup k úplnému textu tohto konkrétneho článku.</w:t>
      </w:r>
    </w:p>
    <w:p/>
    <w:p>
      <w:pPr>
        <w:jc w:val="center"/>
      </w:pPr>
      <w:r>
        <w:t>Vygenerované: 12.03.2026 20:05:23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