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Erratum pre výskumný článok „Vstup kyslého plynu CO2 pre stabilnú elektrochemickú reakciu na redukciu CO2“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Nemôžem vytvoriť súhrn článku s názvom "Erratum for the Research Article 'Acid-humidified CO2 gas input for stable electrochemical CO2 reduction reaction'" z marca 2026, pretože v poskytnutých výsledkoch vyhľadávania sa nachádza len pôvodný výskumný článok z júna 2025, nie jeho errata (oprava). Dostupné zdroje obsahujú informácie o pôvodnom výskume, ktorý ukázal, že humidifikácia oxidu uhličitého kyslými parami (ako chlorovodíková, mravčia alebo octová kyselina) predlžuje stabilitu elektrochemických systémov na redukciu CO₂ z približne 80 hodín na viac ako 4500 hodín. Metóda funguje tak, že rozpúšťa soli, ktoré by inak entupili kanály a spôsobili poruchu systému. Ak máte prístup k textu errata z marca 2026, môžem vám pomôcť s jeho súhrnom.</w:t>
      </w:r>
    </w:p>
    <w:p/>
    <w:p>
      <w:pPr>
        <w:jc w:val="center"/>
      </w:pPr>
      <w:r>
        <w:t>Vygenerované: 12.03.2026 20:05:55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