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Plán na rozbitie ikonického amerického klimatického laboratória pokračuje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mi v poskytnutých výsledkoch vyhľadávania nenachádza obsah článku s názvom "Plan to break up iconic U.S. climate lab moves ahead" z časopisu Science z marca 2026. Vyhľadávané výsledky obsahujú informácie o Science Summit 2026, článok zo slovenského časopisu Quark a ďalšie články týkajúce sa klímy a lesov, ale nie konkrétny článok, ktorý ste požiadali zsumarizovať. Aby som mohol vytvoriť presný a faktický súhrn podľa vašich požiadaviek, potrebujem mať k dispozícii úplný text tohto článku.</w:t>
      </w:r>
    </w:p>
    <w:p/>
    <w:p>
      <w:pPr>
        <w:jc w:val="center"/>
      </w:pPr>
      <w:r>
        <w:t>Vygenerované: 12.03.2026 20:06:16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