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ARPA-H vsádza vo veľkom na podporu liekov, ktoré bránia starnutiu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ARPA-H investuje až 144 miliónov dolárov do programu PROSPR na vývoj liekov proti starnutiu a predĺženie zdravého života.[6][7] Program zahŕňa viaceré projekty, vrátane testovania lieku TPN-101 (Censavudine), pôvodne vyvinutého na liečbu HIV, ktorý potláča aktivitu retrotransposónov a chronický zápal spôsobený DNA.[1][3][5] Tento projekt vedie University of Rochester s partnermi ako Brown University, UConn, UTMB a iné, s financovaním do 22 miliónov dolárov.[3][5] Zahŕňa dlhodobé predklinické štúdie na myšiach a randomizovanú klinickú skúšku so 200 zdravými dospelými vo veku 60-65 rokov, trvajúcu 48 týždňov, kde sa hodnotí mobilita, kognícia, vitalita a ďalšie parametre podľa WHO.[3][4] Ďalší projekt FAST na Columbia University analyzuje dáta z existujúcich skúšok liekov ako metformin, SGLT-2 inhibítory, GLP-1 agonisty a rapamycín na objavenie biomarkerov starnutia.[2][7] Predbežné zistenia ukazujú, že rapamycín môže spomaliť starnutie vaječníkov o 20 % a predĺžiť plodnosť o 5 rokov.[2] Cieľom je validovať biomarkery starnutia pre rýchlejšie klinické skúšky bez dlhoročného sledovania.[7]</w:t>
      </w:r>
    </w:p>
    <w:p/>
    <w:p>
      <w:pPr>
        <w:jc w:val="center"/>
      </w:pPr>
      <w:r>
        <w:t>Vygenerované: 12.03.2026 20:06:37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