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Ponuka na liečbu HIV má protivírusový alarm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Evropská komise schválila injekciu lenakapavir (Yeytuo alebo Yeztugo) od spoločnosti Gilead Sciences na prevenciu HIV, ktorá sa podáva dvakrát ročne[1][2][3]. Prípravek preukázal v klinických štúdiách takmer 100 % účinnosť pri zabránení infekcie HIV[1]. Americký úrad FDA ho schválil v júni, po čom Evropská agentúra pre lieky (EMA) odporučila schválenie pre 27 štátov EÚ plus Island, Nórsko a Lichtenštajnsko[1][2][3]. Vývoj injekcie viedol český virológ Tomáš Cihlář, viceprezident Gilead Sciences[1][2]. V USA stojí ročne viac ako 28 000 dolárov, čo ovplyvňuje úhradu poisťovňami[1][3]. HIV ročne infikuje približne 1,3 milióna ľudí a spôsobuje smrť okolo 630 000 osôb, pričom je ním infikovaných vyše 40 miliónov ľudí[1][2].</w:t>
      </w:r>
    </w:p>
    <w:p/>
    <w:p>
      <w:pPr>
        <w:jc w:val="center"/>
      </w:pPr>
      <w:r>
        <w:t>Vygenerované: 12.03.2026 20:06:48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