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Správca NASA dráždi nové vedecké snahy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úplný text článku "NASA administrator teases new science efforts" zo Science, zväzok 391, číslo 6790, z marca 2026. Výsledky vyhľadávania obsahujú iba čiastočné informácie o aktivitách NASA a vyhláseniach správcu NASA Jareda Isaacmana z marca 2026, ale nie sú to priame citácie z konkrétneho článku, ktorý ste požiadali zsumarizovať. Aby som mohol vytvoriť presný a faktický súhrn v súlade s vašimi požiadavkami, potreboval by som prístup k úplnému textu tohto článku.</w:t>
      </w:r>
    </w:p>
    <w:p/>
    <w:p>
      <w:pPr>
        <w:jc w:val="center"/>
      </w:pPr>
      <w:r>
        <w:t>Vygenerované: 12.03.2026 20:06:57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