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Zamrznutý svedok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Vedci z University of Southampton objavili dôkazy, že počas najextrémnejšej doby ľadovej, nazývanej Snowball Earth v kryogénskom období (pred 720 až 635 miliónmi rokov), nedošlo k úplnému zastaveniu klimatického systému Zeme.[1] Skúmané horniny fungujú ako prirodzený záznamník, ktorý zaznamenáva ročné zmeny klímy počas jednej z najchladnejších fáz histórie Zeme.[1] Mikroskopické vrstvy v týchto horninách vznikli sezónnymi cyklami zamrznutia a rozmrazovania v pokojných hlbokých vodách pod ľadovou pokrývkou.[1] Štatistická analýza rozdielov v hrúbke vrstiev odhalila opakujúce sa klimatické cykly trvajúce niekoľko rokov až desaťročia.[1] Niektoré z týchto cyklov pripomínajú súčasné vzorce, ako oscilácie podobné El Niňu a slnečné cykly.[1] Táto klimatická variabilita však nebola pravidlom, ale výnimkou – pravdepodobne krátkodobou poruchou trvajúcou tisíce rokov na pozadí extrémne chladného a stabilného stavu planéty.[1]</w:t>
      </w:r>
    </w:p>
    <w:p/>
    <w:p>
      <w:pPr>
        <w:jc w:val="center"/>
      </w:pPr>
      <w:r>
        <w:t>Vygenerované: 12.03.2026 20:07:09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