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Uvoľnenie poľnohospodárstva z mandátu potravinovej bezpečnosti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Článok s názvom „Uvoľnenie poľnohospodárstva z mandátu potravinovej bezpečnosti“ bol publikovaný v časopise Science (zväzok 391, číslo 6790, strana 1085) v marci 2026. Obsahuje názov v angličtine „Releasing agriculture from the food security mandate“ a jeho slovenský preklad. Neuvádza žiadne ďalšie fakty, štatistiky, zistenia štúdie ani detaily o výskume.</w:t>
      </w:r>
    </w:p>
    <w:p/>
    <w:p>
      <w:pPr>
        <w:jc w:val="center"/>
      </w:pPr>
      <w:r>
        <w:t>Vygenerované: 12.03.2026 20:07:31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