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Fiškálny vplyv straty biodiverzity a spôsob financovania ochrany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Štúdia skúma, ako strata biodiverzity ovplyvňuje mestské financie a vytvára príležitosti pre investorov v ochrane prírody[1]. Výskumníci sa zamerali na prípad náhleho úbytku netopierov, ktoré poskytujú služby kontroly škodcov v poľnohospodárstve[1]. Zistili, že strata populácií netopierov znižuje daňové príjmy z poľnohospodárskej pôdy v rurálnych okresoch a zvyšuje úrokové rozpätia dlhopisov o 11,5 bázických bodov, čo predstavuje 27-percentný nárast[1]. Výskum ukazuje, že ak investori do ochrany prírody kúpia dlhopisy v hodnote 1 milióna dolárov a obnoví sa populácia netopierov, očakávané zníženie rozpätia zvýši ceny dlhopisov o 14 124 dolárov[1]. Tento finančný výnos by potenciálne mohol pokryť náklady na ochranu prírody bez potreby nových vládnych opatrení[1]. Štúdia tak demonštruje mechanizmus, ako môžu súkromní investori prispieť k cieľom ochrany prírody prostredníctvom finančných nástrojov[1].</w:t>
      </w:r>
    </w:p>
    <w:p/>
    <w:p>
      <w:pPr>
        <w:jc w:val="center"/>
      </w:pPr>
      <w:r>
        <w:t>Vygenerované: 12.03.2026 20:07:42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