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'Law &amp; Order: SVU' sa ujme skorumpovaného pediatra zneužívajúceho deti</w:t>
      </w:r>
    </w:p>
    <w:p>
      <w:r>
        <w:t>Zdroj: MedPage Today</w:t>
      </w:r>
    </w:p>
    <w:p>
      <w:r>
        <w:t>Publikované: Thu, 12 Mar 2026 14:51:53 -0400</w:t>
      </w:r>
    </w:p>
    <w:p/>
    <w:p>
      <w:pPr>
        <w:pStyle w:val="Heading1"/>
      </w:pPr>
      <w:r>
        <w:t>Súhrn</w:t>
      </w:r>
    </w:p>
    <w:p>
      <w:r>
        <w:t>Law &amp; Order: SVU má momentálne za sebou 27. sezónu. Detektívi v oddelení pre špeciálne obete zvyčajne vyšetrujú trestné činy v prvej polovici epizódy, zatiaľ čo druhá polovica sa zameriava na trestné stíhanie. Článok z MedPage Today sa venuje epizóde, kde sa seriál zaoberá skorumpovaným pediatrom zneužívajúcim deti.[1] Tento pediater je obvinený z pohlavného zneužívania pacientov, vrátane orálneho sexu a obťažovania chlapcov.[2] V súdnom procese svedectvo detektíva Briana Cassidyho vedie k nesprávnemu ukončeniu súdu, čím obvinený doktor Markus West vyjde na slobodu.[2] Cassidy neskôr prizná, že sám bol v minulosti obeťou zneužívania zo strany trénera.[2] Príbeh nadväzuje na predchádzajúce epizódy seriálu.[2]</w:t>
      </w:r>
    </w:p>
    <w:p/>
    <w:p>
      <w:pPr>
        <w:jc w:val="center"/>
      </w:pPr>
      <w:r>
        <w:t>Vygenerované: 12.03.2026 21:00:33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