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Nečistota v nejakom zloženom tirzepatide je „potenciálne nebezpečná“, varuje Eli Lilly</w:t>
      </w:r>
    </w:p>
    <w:p>
      <w:r>
        <w:t>Zdroj: MedPage Today</w:t>
      </w:r>
    </w:p>
    <w:p>
      <w:r>
        <w:t>Publikované: Thu, 12 Mar 2026 14:13:02 -0400</w:t>
      </w:r>
    </w:p>
    <w:p/>
    <w:p>
      <w:pPr>
        <w:pStyle w:val="Heading1"/>
      </w:pPr>
      <w:r>
        <w:t>Súhrn</w:t>
      </w:r>
    </w:p>
    <w:p>
      <w:r>
        <w:t>Spoločnosť Eli Lilly upozornila verejnosť na potenciálne nebezpečenstvo spojené so zloženými verziami tirzepatidu zmiešanými s vitamínom B12[3]. Laboratórne testy odhalili vysoké hladiny nečistoty, ktorá vzniká chemickou reakciou medzi tirzepatydom a vitamínom B12[3]. Spoločnosť uviedla, že o krátkodobých ani dlhodobých účinkoch tejto nečistoty na ľudský organizmus nie je nič známe[3]. Možné riziká zahŕňajú zníženie účinnosti liekov, toxicitu a imunitné reakcie[3]. Tirzepatyd je schválený a testovaný iba vo forme podkožných injekcií, nie v zložených formách s prídavnými látkami[2]. Spoločnosť Eli Lilly informovala FDA o svojich zisteniach a vyzýva ju na zákaz hromadného predaja neschválených zložených verzií tirzepatidu[3]. Ľudia, ktorí dostávajú tirzepatid s vitamínom B12 od telemedinských spoločností, lekární alebo wellness centier, by si mali uvedomiť, že môžu používať potenciálne nebezpečný produkt s neznámymi rizikami[3].</w:t>
      </w:r>
    </w:p>
    <w:p/>
    <w:p>
      <w:pPr>
        <w:jc w:val="center"/>
      </w:pPr>
      <w:r>
        <w:t>Vygenerované: 12.03.2026 21:00:58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