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Med Student's Misogyny Goes Viral; vitamín K PSA; Fibermaxxing: Áno alebo nie?</w:t>
      </w:r>
    </w:p>
    <w:p>
      <w:r>
        <w:t>Zdroj: MedPage Today</w:t>
      </w:r>
    </w:p>
    <w:p>
      <w:r>
        <w:t>Publikované: Thu, 12 Mar 2026 16:30:10 -0400</w:t>
      </w:r>
    </w:p>
    <w:p/>
    <w:p>
      <w:pPr>
        <w:pStyle w:val="Heading1"/>
      </w:pPr>
      <w:r>
        <w:t>Súhrn</w:t>
      </w:r>
    </w:p>
    <w:p>
      <w:r>
        <w:t>Nemôžem vytvoriť súhrn tohto článku, pretože poskytnutý obsah je neúplný. Máte uvedený iba názov a úvodný fragment textu bez úplného obsahu článku. Aby som mohol vytvoriť presný a faktický súhrn podľa vašich požiadaviek, potrebujem prístup k celému textu článku. Prosím, poskytnite úplný obsah článku alebo celý text, ktorý chcete, aby som spracoval.</w:t>
      </w:r>
    </w:p>
    <w:p/>
    <w:p>
      <w:pPr>
        <w:jc w:val="center"/>
      </w:pPr>
      <w:r>
        <w:t>Vygenerované: 12.03.2026 23:00:35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