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Odborníci hovoria, že lekári vo všetkých špecializáciách potrebujú viac vzdelávania v oblasti menopauzy</w:t>
      </w:r>
    </w:p>
    <w:p>
      <w:r>
        <w:t>Zdroj: MedPage Today</w:t>
      </w:r>
    </w:p>
    <w:p>
      <w:r>
        <w:t>Publikované: Fri, 13 Mar 2026 17:05:02 -0400</w:t>
      </w:r>
    </w:p>
    <w:p/>
    <w:p>
      <w:pPr>
        <w:pStyle w:val="Heading1"/>
      </w:pPr>
      <w:r>
        <w:t>Súhrn</w:t>
      </w:r>
    </w:p>
    <w:p>
      <w:r>
        <w:t>Odborníci na národnej konferencii HHS o ženách v Washingtone vyhlásili, že lekári vo všetkých špecializáciách potrebujú viac vzdelávania o menopauze a hormonálnej terapii. Cieľom je predísť protichodným odporúčaniam pre ženy. Podľa prieskumu programov rezidencie v gynekológii a pôrodníctve je výučba o menopauze len malou časťou osnov, ak vôbec nejakou. Do roku 2060 bude v USA približne 90 miliónov postmenopauzálnych žien, kým v roku 2020 bolo len asi 3 milióny živých pôrodov, o ktorých sa učí denne. Symptómy menopauzy zahŕňajú návaly horúčav, poruchy spánku, zmeny vlasov, nechtov a kože, stratu kostí, nestabilitu nálady, depresie a úzkosť. Liečba môže byť hormonálna aj nehormonálna. Bez dostatočného vzdelania lekári často hovoria pacientkám, že ide len o starnutie, čo nie je spravodlivé.[1]</w:t>
      </w:r>
    </w:p>
    <w:p/>
    <w:p>
      <w:pPr>
        <w:jc w:val="center"/>
      </w:pPr>
      <w:r>
        <w:t>Vygenerované: 14.03.2026 00:00:46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