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Rituximab na liečbu membranóznej nefropatie u pacienta s ankylozujúcou spondylitídou: kazuistika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Ankylozujúca spondylitída (AS) je chronické zápalové ochorenie postihujúce predovšetkým axiálny skelet. Postihnutie obličiek sa vyskytuje u 5–13 % pacientov s AS, pričom membranózna nefropatia (MN) je obzvlášť zriedkavá a v PubMed je hlásených iba 10 prípadov. Článok popisuje prípad 37-ročného muža s 11-ročnou anamnézou AS, u ktorého sa v stabilizovanej fáze ochorenia vyvinul nefrotický syndróm. Renálna biopsia potvrdila MN s ukladaním IgG a C3 pozdĺž glomerulárnych kapilárnych stien a subepiteliálnymi depozitmi s hustotou elektrónov. Po vylúčení sekundárnych príčin bola zvolená liečba rituximabom ako počiatočná imunosupresívna terapia. Šesť mesiacov po liečbe sa 24-hodinové vylučovanie bielkovín močom znížilo z 12,9 g na 836 mg a sérový albumín sa zvýšil z 21,4 g/l na 35,4 g/l, čím došlo k čiastočnej remisii. Tento prípad poskytuje klinický dôkaz asociácie medzi AS a MN a demonštruje účinnosť a bezpečnosť rituximabu v tomto zriedkavom scenári.</w:t>
      </w:r>
    </w:p>
    <w:p/>
    <w:p>
      <w:pPr>
        <w:jc w:val="center"/>
      </w:pPr>
      <w:r>
        <w:t>Vygenerované: 13.03.2026 07:00:33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