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Skutočná účinnosť kontaktných šošoviek MiSight 1 Day u taiwanských detí: multicentrická retrospektívna štúdia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skúmala účinnosť kontaktných šošoviek MiSight 1 Day u taiwanských detí v reálnych podmienkach. Výskum zahŕňal 368 detí vo veku 6 až 18 rokov z 23 kliník, ktoré nosili tieto šošovky minimálne 12 mesiacov. Priemerné predĺženie očnej osi (AL) bolo 0,17 mm za rok, čo predstavuje zníženie rastu o 27 percent v porovnaní s očakávanými hodnotami u detí bez liečby. Priemerná progresia krátkozrakosti bola -0,41 dioptrií za rok. Vizuálny výkon bol výborný – 98 percent detí dosiahlo ostrosť videnia 20/25 alebo lepšiu. Výsledky boli podobné bez ohľadu na to, či deti v minulosti používali atropín alebo ortokeratológiu. Štúdia potvrdzuje, že MiSight 1 Day poskytuje v praxi zmysluplnú kontrolu progresie krátkozrakosti pri zachovaní dobrého videnia.</w:t>
      </w:r>
    </w:p>
    <w:p/>
    <w:p>
      <w:pPr>
        <w:jc w:val="center"/>
      </w:pPr>
      <w:r>
        <w:t>Vygenerované: 13.03.2026 07:00:44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