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Pokrok vo výskume pooperačných aberácií vyššieho rádu po implantácii ICL: vzory zmien, ovplyvňujúce faktory a súvisiace poruchy zraku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Implantácia implantovateľnej Collamer Lens (ICL) je účinná chirurgická metóda na korekciu vysokej a extrémnej krátkozrakosti, najmä u pacientov s tenkou rohovkou alebo tých, ktorí nie sú vhodní na laserové zákroky.[3] ICL šošovka sa implantuje pred pôvodnú šošovku, ktorá ostáva na svojom mieste, a dokáže korigovať až mínus 20 dioptrií.[3] Hoci implantácia ICL dosahuje priaznivé výsledky zraku, u niektorých pacientov sa vyskytujú pooperačné poruchy videnia ako halo, hviezdice a prstencové poruchy, ktoré sú často sprevádzané zvýšením aberácií vyššieho rádu.[1][2] Aberácie vyššieho rádu majú vyššiu hodnotu v skorom pooperačnom období a postupne sa znižujú.[2] Faktory ovplyvňujúce vznik aberácií po implantácii zahŕňajú veľkosť a umiestnenie šošovky, ako aj individuálne charakteristiky oka pacienta. Pochopenie vzorcov zmien aberácií a ich vplyvu na kvalitu videnia je dôležité pre zlepšenie pooperačných výsledkov a informovanie pacientov o očakávaných poruchách videnia.</w:t>
      </w:r>
    </w:p>
    <w:p/>
    <w:p>
      <w:pPr>
        <w:jc w:val="center"/>
      </w:pPr>
      <w:r>
        <w:t>Vygenerované: 13.03.2026 07:01:32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