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Plánovanie na základe AI pre postupy chlopne DIEAP: skúmanie základných modelov pre analýzu perforátorov tepien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sa zameriava na plánovanie rekonštrukcie prsníka pomocou laloku DIEAP, kde je manuálna identifikácia perforačných ciev z CT angiografie prácna a variabilná. Vyvinuli nové AI potrubie, ktoré extrahuje anatomické osi ciev z CTA údajov a používa ich na vedenie segmentačných modelov hlbokého učenia. Porovnali zero-shot modely SAM 2, MedSAM-2 a nnInteractive, pričom najvýkonnejší nnInteractive doladili na klinických údajoch s Recall Loss pre zachovanie topológie ciev. Na testovacom súbore 9 pacientov sa koeficient podobnosti kociek zvýšil na 0,2755 z pôvodných 0,4. Vyladený model produkoval anatomicky prijateľnejšie a súvislejšie segmentácie ciev. Potrubie automaticky kvantifikovalo metriky ako dĺžka intramuskulárnej dráhy perforátorov a ich vzdialenosť od pupka. Tento AI nástroj znižuje manuálnu anotáciu a zlepšuje konzistentnosť predoperačného plánovania.</w:t>
      </w:r>
    </w:p>
    <w:p/>
    <w:p>
      <w:pPr>
        <w:jc w:val="center"/>
      </w:pPr>
      <w:r>
        <w:t>Vygenerované: 13.03.2026 07:02:27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