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Prognostická hodnota sériových meraní prebytku alaktickej bázy u pacientov so sepsou: retrospektívna kohortová štúdia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Štúdia skúmala prognostickú hodnotu meraní prebytku alaktickej bázy (ABE) u 521 dospelých pacientov so sepsou, pričom merania sa vykonávali v intervaloch od prijatia až do 48 hodín. Celková 28-dňová mortalita bola 35,9 %, pričom pacienti, ktorí neprežili, mali pri prijatí závažnejšiu metabolickú poruchu s vyššími hladinami laktátu a nižšími hodnotami ABE. Pacienti s trvalo nízkou trajektóriou ABE (hodnoty pod 0 počas všetkých meraní) zaznamenali najvyššiu mortalitu 52,9 % v porovnaní s 19,8 % u tých, ktorých ABE sa normalizoval. Každé zvýšenie ABE o 1 mmol/l počas 48 hodín bolo spojené s 25 % relatívnym znížením rizika smrti. Neschopnosť normalizovať ABE počas prvých 48 hodín identifikuje vysoko rizikový fenotyp pacientov so sepsou. Sériové merania ABE poskytujú nezávislé prognostické informácie a môžu pomôcť pri identifikácii pacientov s vyšším rizikom smrti na sepse.</w:t>
      </w:r>
    </w:p>
    <w:p/>
    <w:p>
      <w:pPr>
        <w:jc w:val="center"/>
      </w:pPr>
      <w:r>
        <w:t>Vygenerované: 13.03.2026 07:46:36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