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Diagnostická hodnota pomeru neutrofilov k lymfocytom, krvným doštičkám k lymfocytom a lymfocytom k monocytom na posúdenie orgánového a multiorgánového zapojenia do sarkoidózy: retrospektívna štúdia v jednom centre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Retrospektívna jednocentrová štúdia zahŕňala 229 dospelých pacientov so sarkoidózou diagnostikovanou v rokoch 2000 až 2025 (priemerný vek 51 rokov, 57,64 % žien). Stredné hodnoty pomeru neutrofilov k lymfocytom (NLR), krvných doštičiek k lymfocytom (PLR) a lymfocytov k monocytom (LMR) boli 2,57, 158,97 a 3,17. Vyšší NLR bol nezávisle spojený s postihnutím extratorakálnych lymfatických uzlín (OR = 13,42, 95 % CI 1,91–94,32, p = 0,001), sleziny (OR = 83,05, 95 % CI 6,75–1021,09, p = 0,001) a multiorgánovým ochorením (OR = 24,60, 95 % CI 5,90–102,00, p &lt; 0,001). Logaritmicky transformovaná NLR potvrdila asociácie so slezinou (OR = 2,74 na 10 % zvýšenie, 95 % CI 1,92–3,91) a extratorakálnymi lymfatickými uzlinami (OR = 2,17 na 10 % zvýšenie, 95 % CI 1,60–2,94). Vyšší PLR bol spojený s postihnutím extratorakálnych lymfatických uzlín (OR = 1,01, 95 % CI 1,00–1,01, p = 0,00). Plocha pod ROC krivkou pre NLR bola 0,51 pri ≥ 2 orgánoch, 0,69 pri ≥ 3 orgánoch a 0,99 pri ≥ 4 orgánoch.</w:t>
      </w:r>
    </w:p>
    <w:p/>
    <w:p>
      <w:pPr>
        <w:jc w:val="center"/>
      </w:pPr>
      <w:r>
        <w:t>Vygenerované: 13.03.2026 07:46:47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