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Subchondrálna tvorba krvných ciev typu H zhoršuje degeneráciu kĺbovej chrupavky prostredníctvom osi LEP-LEPR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Osteoartritída (OA) je chronické degeneratívne ochorenie kĺbov spojené s poškodením chrupavky. Subchondrálna tvorba krvných ciev typu H zhoršuje degeneráciu kĺbovej chrupavky prostredníctvom osi LEP-LEPR. Krvné cievy typu H sú dôležité pre homeostázu subchondrálnej kosti, pretože dodávajú živiny, kyslík a odstraňujú odpad. Analýza transkriptómu údajov GSE51588 porovnávala subchondrálnu kosť z lézií OA a bez lézií u pacientov. Metabolická dráha lipidov bola vysoko obohatená v léziách OA a gény LEP a LEPR boli výrazne nedostatočne exprimované v oblastiach s ťažkými léziami. U knockout myší LEP a LEPR sa preukázala korelácia medzi abnormálnym metabolizmom subchondrálnej kosti a tvorbou ciev typu H. Štúdia odhalila kauzálny vzťah signálnej dráhy LEP-LEPR-CD31 v modeloch starnutia a osteoartritídy. Výsledky poskytujú teoretický základ pre patogenézu včasnej OA a ciele pre liečbu.</w:t>
      </w:r>
    </w:p>
    <w:p/>
    <w:p>
      <w:pPr>
        <w:jc w:val="center"/>
      </w:pPr>
      <w:r>
        <w:t>Vygenerované: 13.03.2026 07:47:11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