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Názor: Amerika má zdravotnú únavu. Viem to, pretože to liečim</w:t>
      </w:r>
    </w:p>
    <w:p>
      <w:r>
        <w:t>Zdroj: STAT News</w:t>
      </w:r>
    </w:p>
    <w:p>
      <w:r>
        <w:t>Publikované: Fri, 13 Mar 2026 08:30:00 +0000</w:t>
      </w:r>
    </w:p>
    <w:p/>
    <w:p>
      <w:pPr>
        <w:pStyle w:val="Heading1"/>
      </w:pPr>
      <w:r>
        <w:t>Súhrn</w:t>
      </w:r>
    </w:p>
    <w:p>
      <w:r>
        <w:t>Štúdia posúdila úroveň únavy z poplachov u sestier v kardiovaskulárnych jednotkách intenzívnej starostlivosti. Zahŕňala 78 sestier z dvoch nemocníc, z toho 41 na koronárnej jednotke intenzívnej starostlivosti a 37 na jednotke kardiovaskulárnej chirurgie. Kvantitatívne údaje poskytlo 60 sestier prostredníctvom dotazníka a formulára o zamestnaní, kvalitatívne údaje získali polštruktúrované rozhovory do dosiahnutia sýtenia dát. Sestry zažívajú strednú úroveň únavy z poplachov, ktorá súvisí s nepohodím spôsobeným poplachmi. Kvalitatívna analýza odhalila päť tém: organizačný rozmer poplachov, uvedomenie si sestier o poplachochnoch, príčiny poplachov, účinky na sestry a účinky na pri vedomí pacientov. Únava z poplachov je multidimenzionálna a zahŕňa sestry, pacientov, inštitúcie a iné subjekty. Autori odporúčajú budúce štúdie zohľadňujúce organizačnú kultúru a dynamiku vrátane komplexného školenia sestier o manažmente poplachov.[1][5]</w:t>
      </w:r>
    </w:p>
    <w:p/>
    <w:p>
      <w:pPr>
        <w:jc w:val="center"/>
      </w:pPr>
      <w:r>
        <w:t>Vygenerované: 13.03.2026 10:01:19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