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STAT+: Ako nám surrealizmus pomáha pochopiť a žiť s demenciou</w:t>
      </w:r>
    </w:p>
    <w:p>
      <w:r>
        <w:t>Zdroj: STAT News</w:t>
      </w:r>
    </w:p>
    <w:p>
      <w:r>
        <w:t>Publikované: Fri, 13 Mar 2026 08:30:00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vyhľadávacích výsledkoch sa nenachádza obsah článku s názvom "Opinion: STAT+: How surrealism helps us make sense of and live with dementia" od Jasona Karlawisha. Vyhľadávacie výsledky obsahujú iba informácie o štúdii s 350-tisíc účastníkmi zameranej na rizikové faktory demencie v mladom veku, nie článok o surrealizme a demencii. Aby som mohol vytvoriť presný a faktický súhrn podľa vašich požiadaviek, potreboval by som vyhľadávacie výsledky, ktoré by obsahovali úplný text alebo podrobný obsah spomínaného článku.</w:t>
      </w:r>
    </w:p>
    <w:p/>
    <w:p>
      <w:pPr>
        <w:jc w:val="center"/>
      </w:pPr>
      <w:r>
        <w:t>Vygenerované: 13.03.2026 10:01:30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