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Monty Python sa pomýlil o stredovekej chorobe</w:t>
      </w:r>
    </w:p>
    <w:p>
      <w:r>
        <w:t>Zdroj: ScienceDaily Health</w:t>
      </w:r>
    </w:p>
    <w:p>
      <w:r>
        <w:t>Publikované: Fri, 13 Mar 2026 05:38:00 EDT</w:t>
      </w:r>
    </w:p>
    <w:p/>
    <w:p>
      <w:pPr>
        <w:pStyle w:val="Heading1"/>
      </w:pPr>
      <w:r>
        <w:t>Súhrn</w:t>
      </w:r>
    </w:p>
    <w:p>
      <w:r>
        <w:t>V stredovekom Dánsku ľudia platili za prestížnejšie hroby bližšie ku kostolu, čo bolo znakom bohatstva a postavenia. Výskumníci preskúmali stovky kostier z týchto lokalít. Objavili, že dokonca aj ľudia so stigmatizovanými chorobami, ako je lepra, boli pochovaní na týchto prestížnych miestach. Toto zistenie bolo neočakávané. Namiesto vylúčenia chorých sa zdá, že mnohé komunity s nimi zaobchádzali podobne ako s ostatnými. Skupina Monty Python sa podľa názvu článku pomýlila v zobrazovaní stredovekej choroby.</w:t>
      </w:r>
    </w:p>
    <w:p/>
    <w:p>
      <w:pPr>
        <w:jc w:val="center"/>
      </w:pPr>
      <w:r>
        <w:t>Vygenerované: 13.03.2026 12:01:16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