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Neuroinvazívne ochorenie vírusu západného Nílu a postihnutie srdca u kriticky chorých pacientov v strednom Taliansku: séria prípadov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Štúdia popisuje sériu 12 kriticky chorých dospelých pacientov s neuroinvazívnym ochorením vírusu západného Nílu (WNND) prijatých na jednotky intenzívnej starostlivosti v regióne Lazio v Taliansku od 1. júla do 1. septembra 2025. Títo pacienti tvorili 6,1 % z 197 osôb s potvrdenou infekciou WNV, z čoho 32 % malo WNND. Stredný vek bol 76,5 roka, 75 % boli muži; najčastejšie príznaky zahŕňali horúčku, bolesti svalov, gastrointestinálne ťažkosti, zmätenosť, slabosť končatín a psychomotorické spomalenie. Analýza mozgovej miechovej tekutiny ukázala lymfocytárnu pleocytózu (medián 135 buniek/mm³), zvýšený proteín (medián 126 mg/dl) a normálnu glukózu; MRI mozgu odhalilo T2/FLAIR hyperintenzity v talame a mozgovom kmeni u väčšiny pacientov. Štyria pacienti mali postihnutie srdca, vrátane dvoch s podozrením na myokarditídu a jedného s Takotsubo syndrómom. Päť pacientov (41,7 %) zomrelo do 30 dní, nepreživší boli starší (medián 83 rokov) s viacerými komorbiditami.</w:t>
      </w:r>
    </w:p>
    <w:p/>
    <w:p>
      <w:pPr>
        <w:jc w:val="center"/>
      </w:pPr>
      <w:r>
        <w:t>Vygenerované: 13.03.2026 15:01:05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