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Generálny riaditeľ Grálu odstupuje po neúspešnom pokuse</w:t>
      </w:r>
    </w:p>
    <w:p>
      <w:r>
        <w:t>Zdroj: STAT News</w:t>
      </w:r>
    </w:p>
    <w:p>
      <w:r>
        <w:t>Publikované: Fri, 13 Mar 2026 13:54:23 +0000</w:t>
      </w:r>
    </w:p>
    <w:p/>
    <w:p>
      <w:pPr>
        <w:pStyle w:val="Heading1"/>
      </w:pPr>
      <w:r>
        <w:t>Súhrn</w:t>
      </w:r>
    </w:p>
    <w:p>
      <w:r>
        <w:t>Generálny riaditeľ spoločnosti Grail, Hans Bishop, odstúpil po neúspešnom výsledku klinickej skúšky. Skúšky ukázali, že ich rakovinový skríningový test Galleri nedosiahol očakávané výsledky. Spoločnosť Grail oznámila zmeny vo vedení v reakcii na tento neúspech. Článok spomína aj návrat priateľa Epsteina do biotechnológií. Tiež informuje o odchode Prasada z FDA, označenom ako „part deux“. Tieto udalosti sú súčasťou noviniek z biotech sektora v podcaste The Readout.</w:t>
      </w:r>
    </w:p>
    <w:p/>
    <w:p>
      <w:pPr>
        <w:jc w:val="center"/>
      </w:pPr>
      <w:r>
        <w:t>Vygenerované: 13.03.2026 15:01:26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