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Trumpovi a cenách liekov, odtláčaní biotechnológií a ďalších</w:t>
      </w:r>
    </w:p>
    <w:p>
      <w:r>
        <w:t>Zdroj: STAT News</w:t>
      </w:r>
    </w:p>
    <w:p>
      <w:r>
        <w:t>Publikované: Fri, 13 Mar 2026 13:30:56 +0000</w:t>
      </w:r>
    </w:p>
    <w:p/>
    <w:p>
      <w:pPr>
        <w:pStyle w:val="Heading1"/>
      </w:pPr>
      <w:r>
        <w:t>Súhrn</w:t>
      </w:r>
    </w:p>
    <w:p>
      <w:r>
        <w:t>Donald Trump podpísal výkonné nariadenie, ktoré má znížiť ceny liekov v USA o 59 až 90 percent zosúladením s najnižšími cenami v iných krajinách.[1][4][5][6] Opatrenie sa týka programov Medicare a Medicaid, súkromných poistiteľov a zahŕňa aj lieky na chudnutie.[1] Minister zdravotníctva Robert F. Kennedy ml. má do 30 dní predstaviť ciele a začať rokovania s farmaceutickým priemyslom.[1] Trump oznámil dohody s Pfizerom o znížení cien liekov pre Medicaid a priamo pacientov cez vládnu webovú stránku.[2] Ďalšie dohody s Eli Lilly a Novo Nordisk znižujú ceny liekov na chudnutie ako Zepbound a Wegovy, ktoré stoja približne 500 USD mesačne pri vyšších dávkach.[3] Trump spustil web TrumpRx.gov na lacnejšie lieky s úsporami až 50 percent.[7][8] Experti očakávajú odpor od výrobcov liekov.[1] Ceny liekov v USA sú podľa štúdie Rand Corporation 2,5-krát vyššie ako vo Francúzsku.[2]</w:t>
      </w:r>
    </w:p>
    <w:p/>
    <w:p>
      <w:pPr>
        <w:jc w:val="center"/>
      </w:pPr>
      <w:r>
        <w:t>Vygenerované: 13.03.2026 15:01:36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