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Operácia Williama Shatnera; Žena 'Brain Dead' sa prebúdza; Takmer fatálny prípad osýpok</w:t>
      </w:r>
    </w:p>
    <w:p>
      <w:r>
        <w:t>Zdroj: MedPage Today</w:t>
      </w:r>
    </w:p>
    <w:p>
      <w:r>
        <w:t>Publikované: Fri, 13 Mar 2026 09:24:16 -0400</w:t>
      </w:r>
    </w:p>
    <w:p/>
    <w:p>
      <w:pPr>
        <w:pStyle w:val="Heading1"/>
      </w:pPr>
      <w:r>
        <w:t>Súhrn</w:t>
      </w:r>
    </w:p>
    <w:p>
      <w:r>
        <w:t>William Shatner (94 rokov) sa po páde z koňa koncom minulého roka podrobí operácii ramena.[1] Vakcinační poradcovia FDA podporili nový návrh od World Health Organization.[1] Článok spomína prípad ženy označenej za „brain dead“, ktorá sa prebudila.[1] Ďalší prípad sa týka takmer fatálneho priebehu osýpok.[1] Niektoré odkazy v článku môžu vyžadovať registráciu alebo predplatné.[1] Tieto udalosti sú zhrnuté v publikácii MedPage Today.[1]</w:t>
      </w:r>
    </w:p>
    <w:p/>
    <w:p>
      <w:pPr>
        <w:jc w:val="center"/>
      </w:pPr>
      <w:r>
        <w:t>Vygenerované: 13.03.2026 16:00:50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