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Synergistic interactions of melatonin and glucocorticoids in alleviating allergic airway inflammation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Táto oprava sa týka článku o synergických interakciách melatonínu a glukokortikoidov pri zmierňovaní alergickej zápalovej reakcie dýchacích ciest. Štúdia zahŕňala klinické case-control vyšetrenie na posúdenie skóre kontroly astmy, biochemických markerov, výdychového oxidu dusnatého (FeNO) a kvality spánku. Klinické výsledky ukázali významné korelácie medzi skóre kontroly astmy, melatonínom a kvalitou spánku podľa PSQI, čo naznačuje dôležitú úlohu melatonínu pri kontrole astmy[1]. V experimentoch na zvieracích modeloch melatonín znižoval alergickú zápalovú reakciu dýchacích ciest a stabilizoval expresiu génov cirkadiánneho rytmu[1]. Kombinácia melatonínu s glukokortikoidmi, ako dexametazón, vykazovala výrazne posilnený účinok na zníženie alergickej zápalovej reakcie dýchacích ciest[1]. Glukokortikoidy tvoria základ liečby astmy, pričom protizápalové vlastnosti melatonínu môžu zlepšiť ich účinnosť prostredníctvom regulácie cirkadiánneho rytmu[1].</w:t>
      </w:r>
    </w:p>
    <w:p/>
    <w:p>
      <w:pPr>
        <w:jc w:val="center"/>
      </w:pPr>
      <w:r>
        <w:t>Vygenerované: 13.03.2026 17:01:11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