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Mikroplasty zistené vo vzorkách nádoru prostaty</w:t>
      </w:r>
    </w:p>
    <w:p>
      <w:r>
        <w:t>Zdroj: MedPage Today</w:t>
      </w:r>
    </w:p>
    <w:p>
      <w:r>
        <w:t>Publikované: Fri, 13 Mar 2026 11:17:01 -0400</w:t>
      </w:r>
    </w:p>
    <w:p/>
    <w:p>
      <w:pPr>
        <w:pStyle w:val="Heading1"/>
      </w:pPr>
      <w:r>
        <w:t>Súhrn</w:t>
      </w:r>
    </w:p>
    <w:p>
      <w:r>
        <w:t>Mikroplasty boli detegované v tkanive prostaty u takmer všetkých pacientov podstupujúcich operáciu rakoviny prostaty v malej proof-of-concept štúdii. Štúdia bola prezentovaná na sympóziu Americkej spoločnosti pre klinickú onkológiu genitourinárnych karcinómov. Výskumníci analyzovali vzorky nádorov prostaty od pacientov s rakovinou. Mikroplasty sa našli v tkanive u pacientov, ktorí podstúpili chirurgický zákrok. Štúdia je malá a slúži ako dôkaz koncepcie. Zistenia poukazujú na prítomnosť mikroplastov v prostatektomických vzorkách nádorov.</w:t>
      </w:r>
    </w:p>
    <w:p/>
    <w:p>
      <w:pPr>
        <w:jc w:val="center"/>
      </w:pPr>
      <w:r>
        <w:t>Vygenerované: 13.03.2026 18:00:43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